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8D4B" w14:textId="77777777" w:rsidR="00F15402" w:rsidRDefault="00000000">
      <w:pPr>
        <w:jc w:val="center"/>
      </w:pPr>
      <w:r>
        <w:rPr>
          <w:b/>
          <w:sz w:val="32"/>
        </w:rPr>
        <w:t>आवेदन पत्र</w:t>
      </w:r>
    </w:p>
    <w:p w14:paraId="2A7D4359" w14:textId="77777777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>सेवा में,</w:t>
      </w:r>
    </w:p>
    <w:p w14:paraId="228D83A7" w14:textId="77777777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>श्रीमान प्रखंड आपूर्ति पदाधिकारी महोदय,</w:t>
      </w:r>
    </w:p>
    <w:p w14:paraId="2A005ABC" w14:textId="3697FB4F" w:rsidR="00F15402" w:rsidRPr="00EF0EFC" w:rsidRDefault="00000000">
      <w:pPr>
        <w:rPr>
          <w:sz w:val="21"/>
          <w:szCs w:val="21"/>
        </w:rPr>
      </w:pPr>
      <w:proofErr w:type="spellStart"/>
      <w:r w:rsidRPr="00EF0EFC">
        <w:rPr>
          <w:sz w:val="21"/>
          <w:szCs w:val="21"/>
        </w:rPr>
        <w:t>प्रखंड</w:t>
      </w:r>
      <w:proofErr w:type="spellEnd"/>
      <w:r w:rsidRPr="00EF0EFC">
        <w:rPr>
          <w:sz w:val="21"/>
          <w:szCs w:val="21"/>
        </w:rPr>
        <w:t xml:space="preserve"> – </w:t>
      </w:r>
      <w:r w:rsidR="00B96568">
        <w:rPr>
          <w:sz w:val="21"/>
          <w:szCs w:val="21"/>
        </w:rPr>
        <w:t>Demo</w:t>
      </w:r>
      <w:r w:rsidRPr="00EF0EFC">
        <w:rPr>
          <w:sz w:val="21"/>
          <w:szCs w:val="21"/>
        </w:rPr>
        <w:t xml:space="preserve">, </w:t>
      </w:r>
      <w:proofErr w:type="spellStart"/>
      <w:r w:rsidRPr="00EF0EFC">
        <w:rPr>
          <w:sz w:val="21"/>
          <w:szCs w:val="21"/>
        </w:rPr>
        <w:t>जिला</w:t>
      </w:r>
      <w:proofErr w:type="spellEnd"/>
      <w:r w:rsidRPr="00EF0EFC">
        <w:rPr>
          <w:sz w:val="21"/>
          <w:szCs w:val="21"/>
        </w:rPr>
        <w:t xml:space="preserve"> – </w:t>
      </w:r>
      <w:proofErr w:type="spellStart"/>
      <w:r w:rsidRPr="00EF0EFC">
        <w:rPr>
          <w:sz w:val="21"/>
          <w:szCs w:val="21"/>
        </w:rPr>
        <w:t>मधुबनी</w:t>
      </w:r>
      <w:proofErr w:type="spellEnd"/>
      <w:r w:rsidRPr="00EF0EFC">
        <w:rPr>
          <w:sz w:val="21"/>
          <w:szCs w:val="21"/>
        </w:rPr>
        <w:t>, बिहार।</w:t>
      </w:r>
    </w:p>
    <w:p w14:paraId="6AA5B98F" w14:textId="77777777" w:rsidR="00F15402" w:rsidRPr="00EF0EFC" w:rsidRDefault="00000000">
      <w:pPr>
        <w:rPr>
          <w:sz w:val="21"/>
          <w:szCs w:val="21"/>
        </w:rPr>
      </w:pPr>
      <w:r w:rsidRPr="00EF0EFC">
        <w:rPr>
          <w:b/>
          <w:sz w:val="21"/>
          <w:szCs w:val="21"/>
        </w:rPr>
        <w:t>विषय: राशन कार्ड में परिवार के नए सदस्य का नाम जोड़ने हेतु आवेदन।</w:t>
      </w:r>
    </w:p>
    <w:p w14:paraId="72CC85ED" w14:textId="77777777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>महोदय,</w:t>
      </w:r>
    </w:p>
    <w:p w14:paraId="2B3AD347" w14:textId="14356E56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 xml:space="preserve">सविनय निवेदन है कि मैं बिकाश कुमार गुप्ता, पिता श्री लक्ष्मण प्रसाद गुप्ता, ग्राम – </w:t>
      </w:r>
      <w:r w:rsidR="00B96568">
        <w:rPr>
          <w:sz w:val="21"/>
          <w:szCs w:val="21"/>
        </w:rPr>
        <w:t>Demo</w:t>
      </w:r>
      <w:r w:rsidRPr="00EF0EFC">
        <w:rPr>
          <w:sz w:val="21"/>
          <w:szCs w:val="21"/>
        </w:rPr>
        <w:t xml:space="preserve">, पंचायत – </w:t>
      </w:r>
      <w:r w:rsidR="00B96568">
        <w:rPr>
          <w:sz w:val="21"/>
          <w:szCs w:val="21"/>
        </w:rPr>
        <w:t>Demo</w:t>
      </w:r>
      <w:r w:rsidRPr="00EF0EFC">
        <w:rPr>
          <w:sz w:val="21"/>
          <w:szCs w:val="21"/>
        </w:rPr>
        <w:t xml:space="preserve">, प्रखंड – </w:t>
      </w:r>
      <w:r w:rsidR="00B96568">
        <w:rPr>
          <w:sz w:val="21"/>
          <w:szCs w:val="21"/>
        </w:rPr>
        <w:t>Demo</w:t>
      </w:r>
      <w:r w:rsidRPr="00EF0EFC">
        <w:rPr>
          <w:sz w:val="21"/>
          <w:szCs w:val="21"/>
        </w:rPr>
        <w:t>, जिला – मधुबनी, बिहार का निवासी हूँ।</w:t>
      </w:r>
    </w:p>
    <w:p w14:paraId="0AC82024" w14:textId="77777777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>महोदय, मेरे परिवार का राशन कार्ड बना हुआ है, लेकिन परिवार के सदस्य [सदस्य का नाम] का नाम राशन कार्ड में दर्ज नहीं है। इस कारण परिवार को राशन कार्ड से संबंधित सुविधा प्राप्त करने में परेशानी हो रही है।</w:t>
      </w:r>
    </w:p>
    <w:p w14:paraId="3A85B449" w14:textId="77777777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>अतः श्रीमान से अनुरोध है कि संबंधित दस्तावेजों की जाँच कर नियमानुसार राशन कार्ड में उक्त सदस्य का नाम जोड़ने की कार्रवाई करने की कृपा करें।</w:t>
      </w:r>
    </w:p>
    <w:p w14:paraId="366218A1" w14:textId="77777777" w:rsidR="00F15402" w:rsidRPr="00EF0EFC" w:rsidRDefault="00000000">
      <w:pPr>
        <w:rPr>
          <w:sz w:val="21"/>
          <w:szCs w:val="21"/>
        </w:rPr>
      </w:pPr>
      <w:r w:rsidRPr="00EF0EFC">
        <w:rPr>
          <w:sz w:val="21"/>
          <w:szCs w:val="21"/>
        </w:rPr>
        <w:t>इसके लिए मैं आपका आभारी रहूँगा।</w:t>
      </w:r>
    </w:p>
    <w:p w14:paraId="6C57B699" w14:textId="77777777" w:rsidR="00F15402" w:rsidRPr="00EF0EFC" w:rsidRDefault="00F15402">
      <w:pPr>
        <w:rPr>
          <w:sz w:val="21"/>
          <w:szCs w:val="21"/>
        </w:rPr>
      </w:pPr>
    </w:p>
    <w:p w14:paraId="7C04EAD0" w14:textId="77777777" w:rsidR="00F15402" w:rsidRPr="00EF0EFC" w:rsidRDefault="00000000">
      <w:pPr>
        <w:rPr>
          <w:sz w:val="21"/>
          <w:szCs w:val="21"/>
        </w:rPr>
      </w:pPr>
      <w:r w:rsidRPr="00EF0EFC">
        <w:rPr>
          <w:b/>
          <w:sz w:val="21"/>
          <w:szCs w:val="21"/>
        </w:rPr>
        <w:t xml:space="preserve">दिनांक: </w:t>
      </w:r>
      <w:r w:rsidRPr="00EF0EFC">
        <w:rPr>
          <w:sz w:val="21"/>
          <w:szCs w:val="21"/>
        </w:rPr>
        <w:t>________________</w:t>
      </w:r>
    </w:p>
    <w:p w14:paraId="63B128AB" w14:textId="77777777" w:rsidR="00F15402" w:rsidRPr="00EF0EFC" w:rsidRDefault="00F15402">
      <w:pPr>
        <w:rPr>
          <w:sz w:val="21"/>
          <w:szCs w:val="21"/>
        </w:rPr>
      </w:pPr>
    </w:p>
    <w:p w14:paraId="1E7212BF" w14:textId="38A50E98" w:rsidR="00F15402" w:rsidRPr="00EF0EFC" w:rsidRDefault="00000000">
      <w:pPr>
        <w:jc w:val="right"/>
        <w:rPr>
          <w:sz w:val="21"/>
          <w:szCs w:val="21"/>
        </w:rPr>
      </w:pPr>
      <w:proofErr w:type="spellStart"/>
      <w:r w:rsidRPr="00EF0EFC">
        <w:rPr>
          <w:b/>
          <w:sz w:val="21"/>
          <w:szCs w:val="21"/>
        </w:rPr>
        <w:t>भवदीय</w:t>
      </w:r>
      <w:proofErr w:type="spellEnd"/>
      <w:r w:rsidRPr="00EF0EFC">
        <w:rPr>
          <w:b/>
          <w:sz w:val="21"/>
          <w:szCs w:val="21"/>
        </w:rPr>
        <w:t>,</w:t>
      </w:r>
      <w:r w:rsidRPr="00EF0EFC">
        <w:rPr>
          <w:b/>
          <w:sz w:val="21"/>
          <w:szCs w:val="21"/>
        </w:rPr>
        <w:br/>
      </w:r>
      <w:proofErr w:type="spellStart"/>
      <w:r w:rsidRPr="00EF0EFC">
        <w:rPr>
          <w:sz w:val="21"/>
          <w:szCs w:val="21"/>
        </w:rPr>
        <w:t>आवेदक</w:t>
      </w:r>
      <w:proofErr w:type="spellEnd"/>
      <w:r w:rsidRPr="00EF0EFC">
        <w:rPr>
          <w:sz w:val="21"/>
          <w:szCs w:val="21"/>
        </w:rPr>
        <w:t xml:space="preserve"> </w:t>
      </w:r>
      <w:proofErr w:type="spellStart"/>
      <w:r w:rsidRPr="00EF0EFC">
        <w:rPr>
          <w:sz w:val="21"/>
          <w:szCs w:val="21"/>
        </w:rPr>
        <w:t>का</w:t>
      </w:r>
      <w:proofErr w:type="spellEnd"/>
      <w:r w:rsidRPr="00EF0EFC">
        <w:rPr>
          <w:sz w:val="21"/>
          <w:szCs w:val="21"/>
        </w:rPr>
        <w:t xml:space="preserve"> </w:t>
      </w:r>
      <w:proofErr w:type="spellStart"/>
      <w:r w:rsidRPr="00EF0EFC">
        <w:rPr>
          <w:sz w:val="21"/>
          <w:szCs w:val="21"/>
        </w:rPr>
        <w:t>नाम</w:t>
      </w:r>
      <w:proofErr w:type="spellEnd"/>
      <w:r w:rsidRPr="00EF0EFC">
        <w:rPr>
          <w:sz w:val="21"/>
          <w:szCs w:val="21"/>
        </w:rPr>
        <w:t>: बिकाश कुमार गुप्ता</w:t>
      </w:r>
      <w:r w:rsidRPr="00EF0EFC">
        <w:rPr>
          <w:sz w:val="21"/>
          <w:szCs w:val="21"/>
        </w:rPr>
        <w:br/>
        <w:t>राशन कार्ड संख्या: ______________</w:t>
      </w:r>
      <w:r w:rsidRPr="00EF0EFC">
        <w:rPr>
          <w:sz w:val="21"/>
          <w:szCs w:val="21"/>
        </w:rPr>
        <w:br/>
        <w:t>सदस्य का नाम: ______________</w:t>
      </w:r>
      <w:r w:rsidRPr="00EF0EFC">
        <w:rPr>
          <w:sz w:val="21"/>
          <w:szCs w:val="21"/>
        </w:rPr>
        <w:br/>
        <w:t>संबंध: ______________</w:t>
      </w:r>
      <w:r w:rsidRPr="00EF0EFC">
        <w:rPr>
          <w:sz w:val="21"/>
          <w:szCs w:val="21"/>
        </w:rPr>
        <w:br/>
        <w:t xml:space="preserve">ग्राम: </w:t>
      </w:r>
      <w:r w:rsidR="00B96568">
        <w:rPr>
          <w:sz w:val="21"/>
          <w:szCs w:val="21"/>
        </w:rPr>
        <w:t>Demo</w:t>
      </w:r>
      <w:r w:rsidRPr="00EF0EFC">
        <w:rPr>
          <w:sz w:val="21"/>
          <w:szCs w:val="21"/>
        </w:rPr>
        <w:t>, प्रखंड –</w:t>
      </w:r>
      <w:r w:rsidR="00B96568">
        <w:rPr>
          <w:sz w:val="21"/>
          <w:szCs w:val="21"/>
        </w:rPr>
        <w:t>Demo</w:t>
      </w:r>
      <w:r w:rsidRPr="00EF0EFC">
        <w:rPr>
          <w:sz w:val="21"/>
          <w:szCs w:val="21"/>
        </w:rPr>
        <w:br/>
        <w:t>जिला – मधुबनी, बिहार</w:t>
      </w:r>
      <w:r w:rsidRPr="00EF0EFC">
        <w:rPr>
          <w:sz w:val="21"/>
          <w:szCs w:val="21"/>
        </w:rPr>
        <w:br/>
      </w:r>
      <w:proofErr w:type="spellStart"/>
      <w:r w:rsidRPr="00EF0EFC">
        <w:rPr>
          <w:sz w:val="21"/>
          <w:szCs w:val="21"/>
        </w:rPr>
        <w:t>मोबाइल</w:t>
      </w:r>
      <w:proofErr w:type="spellEnd"/>
      <w:r w:rsidRPr="00EF0EFC">
        <w:rPr>
          <w:sz w:val="21"/>
          <w:szCs w:val="21"/>
        </w:rPr>
        <w:t xml:space="preserve"> </w:t>
      </w:r>
      <w:proofErr w:type="spellStart"/>
      <w:r w:rsidRPr="00EF0EFC">
        <w:rPr>
          <w:sz w:val="21"/>
          <w:szCs w:val="21"/>
        </w:rPr>
        <w:t>नंबर</w:t>
      </w:r>
      <w:proofErr w:type="spellEnd"/>
      <w:r w:rsidRPr="00EF0EFC">
        <w:rPr>
          <w:sz w:val="21"/>
          <w:szCs w:val="21"/>
        </w:rPr>
        <w:t xml:space="preserve">: </w:t>
      </w:r>
      <w:r w:rsidR="00B96568">
        <w:rPr>
          <w:sz w:val="21"/>
          <w:szCs w:val="21"/>
        </w:rPr>
        <w:t>9100000000</w:t>
      </w:r>
      <w:r w:rsidRPr="00EF0EFC">
        <w:rPr>
          <w:sz w:val="21"/>
          <w:szCs w:val="21"/>
        </w:rPr>
        <w:br/>
      </w:r>
      <w:r w:rsidRPr="00EF0EFC">
        <w:rPr>
          <w:sz w:val="21"/>
          <w:szCs w:val="21"/>
        </w:rPr>
        <w:br/>
      </w:r>
      <w:proofErr w:type="spellStart"/>
      <w:r w:rsidRPr="00EF0EFC">
        <w:rPr>
          <w:sz w:val="21"/>
          <w:szCs w:val="21"/>
        </w:rPr>
        <w:t>हस्ताक्षर</w:t>
      </w:r>
      <w:proofErr w:type="spellEnd"/>
      <w:r w:rsidRPr="00EF0EFC">
        <w:rPr>
          <w:sz w:val="21"/>
          <w:szCs w:val="21"/>
        </w:rPr>
        <w:t>: __________________</w:t>
      </w:r>
    </w:p>
    <w:sectPr w:rsidR="00F15402" w:rsidRPr="00EF0EFC" w:rsidSect="00034616"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4526201">
    <w:abstractNumId w:val="8"/>
  </w:num>
  <w:num w:numId="2" w16cid:durableId="209000682">
    <w:abstractNumId w:val="6"/>
  </w:num>
  <w:num w:numId="3" w16cid:durableId="1227760274">
    <w:abstractNumId w:val="5"/>
  </w:num>
  <w:num w:numId="4" w16cid:durableId="1220938951">
    <w:abstractNumId w:val="4"/>
  </w:num>
  <w:num w:numId="5" w16cid:durableId="2123331620">
    <w:abstractNumId w:val="7"/>
  </w:num>
  <w:num w:numId="6" w16cid:durableId="287206262">
    <w:abstractNumId w:val="3"/>
  </w:num>
  <w:num w:numId="7" w16cid:durableId="1247307578">
    <w:abstractNumId w:val="2"/>
  </w:num>
  <w:num w:numId="8" w16cid:durableId="1531995958">
    <w:abstractNumId w:val="1"/>
  </w:num>
  <w:num w:numId="9" w16cid:durableId="87446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67E"/>
    <w:rsid w:val="00326F90"/>
    <w:rsid w:val="00AA1D8D"/>
    <w:rsid w:val="00B47730"/>
    <w:rsid w:val="00B96568"/>
    <w:rsid w:val="00CB0664"/>
    <w:rsid w:val="00EF0EFC"/>
    <w:rsid w:val="00F154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833C05"/>
  <w14:defaultImageDpi w14:val="300"/>
  <w15:docId w15:val="{6D240F6A-B4AA-4E68-A4C0-20A3B93E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angal" w:eastAsia="Mangal" w:hAnsi="Mang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BIKASH MOBILE</cp:lastModifiedBy>
  <cp:revision>3</cp:revision>
  <cp:lastPrinted>2026-10-10T11:47:00Z</cp:lastPrinted>
  <dcterms:created xsi:type="dcterms:W3CDTF">2026-10-10T11:47:00Z</dcterms:created>
  <dcterms:modified xsi:type="dcterms:W3CDTF">2026-10-10T11:51:00Z</dcterms:modified>
  <cp:category/>
</cp:coreProperties>
</file>